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3: Poster Detective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Canada's Changing Face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3. Part A: railway workers. Part B: analyze a "Last Best West" poster.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Part A: Chinese workers in BC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Contributions (what they gave)</w:t>
            </w:r>
          </w:p>
        </w:tc>
        <w:tc>
          <w:tcPr>
            <w:tcW w:type="dxa" w:w="518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Challenges (what they faced)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  <w:p/>
          <w:p/>
          <w:p/>
        </w:tc>
      </w:tr>
    </w:tbl>
    <w:p>
      <w:pPr>
        <w:spacing w:after="60" w:before="80"/>
      </w:pPr>
      <w:r>
        <w:rPr>
          <w:b w:val="0"/>
          <w:i w:val="0"/>
          <w:sz w:val="22"/>
        </w:rPr>
        <w:t>Local link: Kelowna once had a Chinatown of about 500 people. What remains of it today?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Part B: See, Think, Wonder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I SEE (people, land, words)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I THINK (the message)</w:t>
            </w:r>
          </w:p>
        </w:tc>
        <w:tc>
          <w:tcPr>
            <w:tcW w:type="dxa" w:w="3456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I WONDER</w:t>
            </w:r>
          </w:p>
        </w:tc>
      </w:tr>
      <w:tr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  <w:tc>
          <w:tcPr>
            <w:tcW w:type="dxa" w:w="345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</w:tr>
    </w:tbl>
    <w:p>
      <w:pPr>
        <w:spacing w:after="60" w:before="80"/>
      </w:pPr>
      <w:r>
        <w:rPr>
          <w:b/>
          <w:i w:val="0"/>
          <w:sz w:val="22"/>
        </w:rPr>
        <w:t>Who does the poster invite? Who is missing?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p>
      <w:pPr>
        <w:spacing w:after="60" w:before="0"/>
      </w:pPr>
      <w:r>
        <w:rPr>
          <w:b/>
          <w:i w:val="0"/>
          <w:sz w:val="22"/>
        </w:rPr>
        <w:t>Grade 6: Name one persuasive technique the poster uses and explain it.</w:t>
      </w:r>
    </w:p>
    <w:p>
      <w:pPr>
        <w:spacing w:after="120" w:before="0"/>
      </w:pPr>
      <w:r>
        <w:rPr>
          <w:b w:val="0"/>
          <w:i w:val="0"/>
          <w:color w:val="999999"/>
          <w:sz w:val="22"/>
        </w:rPr>
        <w:t>____________________________________________________________________________________________</w:t>
      </w:r>
    </w:p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